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DBD0D" w14:textId="77777777" w:rsidR="00E71905" w:rsidRDefault="00E822A0">
      <w:pPr>
        <w:keepNext/>
        <w:keepLines/>
        <w:pageBreakBefore/>
        <w:jc w:val="center"/>
      </w:pPr>
      <w:r>
        <w:rPr>
          <w:b/>
          <w:sz w:val="22"/>
        </w:rPr>
        <w:t>ALLEGATO A</w:t>
      </w:r>
    </w:p>
    <w:p w14:paraId="4E7A6E98" w14:textId="77777777" w:rsidR="00E71905" w:rsidRDefault="00E822A0">
      <w:pPr>
        <w:keepNext/>
        <w:keepLines/>
        <w:spacing w:after="160"/>
        <w:jc w:val="center"/>
      </w:pPr>
      <w:r>
        <w:rPr>
          <w:b/>
          <w:sz w:val="22"/>
        </w:rPr>
        <w:t>MODELLO DI DOMANDA E DICHIARAZIONI</w:t>
      </w:r>
    </w:p>
    <w:p w14:paraId="49F19303" w14:textId="20705897" w:rsidR="00E71905" w:rsidRDefault="00E822A0">
      <w:pPr>
        <w:spacing w:after="160"/>
        <w:jc w:val="right"/>
      </w:pPr>
      <w:r>
        <w:t>Al</w:t>
      </w:r>
      <w:r w:rsidR="00BF4354">
        <w:t xml:space="preserve">la </w:t>
      </w:r>
      <w:proofErr w:type="spellStart"/>
      <w:r w:rsidR="00BF4354">
        <w:t>Direttrice</w:t>
      </w:r>
      <w:proofErr w:type="spellEnd"/>
      <w:r>
        <w:t xml:space="preserve"> </w:t>
      </w:r>
      <w:proofErr w:type="spellStart"/>
      <w:r>
        <w:t>dell’Accademia</w:t>
      </w:r>
      <w:proofErr w:type="spellEnd"/>
      <w:r>
        <w:t xml:space="preserve"> di Belle Arti “Pietro Vannucci” di Perugia</w:t>
      </w:r>
    </w:p>
    <w:p w14:paraId="53A1B31B" w14:textId="77777777" w:rsidR="00E71905" w:rsidRDefault="00E822A0">
      <w:pPr>
        <w:jc w:val="left"/>
      </w:pPr>
      <w:r>
        <w:rPr>
          <w:b/>
        </w:rPr>
        <w:t>Il/La sottoscritto/a</w:t>
      </w:r>
    </w:p>
    <w:p w14:paraId="7D60E48D" w14:textId="77777777" w:rsidR="00E71905" w:rsidRDefault="00E822A0">
      <w:pPr>
        <w:spacing w:after="40"/>
      </w:pPr>
      <w:r>
        <w:rPr>
          <w:b/>
        </w:rPr>
        <w:t xml:space="preserve">Cognome e nome: </w:t>
      </w:r>
      <w:r>
        <w:t>________________________________________</w:t>
      </w:r>
    </w:p>
    <w:p w14:paraId="092CFBF3" w14:textId="77777777" w:rsidR="00E71905" w:rsidRDefault="00E822A0">
      <w:pPr>
        <w:spacing w:after="40"/>
      </w:pPr>
      <w:r>
        <w:rPr>
          <w:b/>
        </w:rPr>
        <w:t xml:space="preserve">Luogo e data di nascita - Codice fiscale: </w:t>
      </w:r>
      <w:r>
        <w:t>________________________________________</w:t>
      </w:r>
    </w:p>
    <w:p w14:paraId="1DCA3D2C" w14:textId="77777777" w:rsidR="00E71905" w:rsidRDefault="00E822A0">
      <w:pPr>
        <w:spacing w:after="40"/>
      </w:pPr>
      <w:r>
        <w:rPr>
          <w:b/>
        </w:rPr>
        <w:t xml:space="preserve">Residenza: </w:t>
      </w:r>
      <w:r>
        <w:t>________________________________________</w:t>
      </w:r>
    </w:p>
    <w:p w14:paraId="729974AF" w14:textId="77777777" w:rsidR="00E71905" w:rsidRDefault="00E822A0">
      <w:pPr>
        <w:spacing w:after="40"/>
      </w:pPr>
      <w:r>
        <w:rPr>
          <w:b/>
        </w:rPr>
        <w:t xml:space="preserve">Telefono - E-mail: </w:t>
      </w:r>
      <w:r>
        <w:t>________________________________________</w:t>
      </w:r>
    </w:p>
    <w:p w14:paraId="041E4428" w14:textId="77777777" w:rsidR="00E71905" w:rsidRDefault="00E822A0">
      <w:pPr>
        <w:spacing w:after="40"/>
      </w:pPr>
      <w:r>
        <w:rPr>
          <w:b/>
        </w:rPr>
        <w:t xml:space="preserve">PEC - Partita IVA, se posseduta: </w:t>
      </w:r>
      <w:r>
        <w:t>________________________________________</w:t>
      </w:r>
    </w:p>
    <w:p w14:paraId="18295946" w14:textId="77777777" w:rsidR="00E71905" w:rsidRDefault="00E822A0">
      <w:pPr>
        <w:keepNext/>
        <w:keepLines/>
        <w:spacing w:before="120" w:after="80"/>
        <w:jc w:val="center"/>
      </w:pPr>
      <w:r>
        <w:rPr>
          <w:b/>
        </w:rPr>
        <w:t>CHIEDE</w:t>
      </w:r>
    </w:p>
    <w:p w14:paraId="05528263" w14:textId="77777777" w:rsidR="00E71905" w:rsidRDefault="00E822A0">
      <w:r>
        <w:t>di essere ammesso/a alla procedura comparativa pubblica per il conferimento dell’incarico individuale di lavoro autonomo di addetto all’Ufficio stampa nell’ambito del Programma biennale di informazione istituzionale e valorizzazione delle attività accademiche 2026-2028.</w:t>
      </w:r>
    </w:p>
    <w:p w14:paraId="4960CD08" w14:textId="77777777" w:rsidR="00E71905" w:rsidRDefault="00E822A0">
      <w:pPr>
        <w:keepNext/>
        <w:keepLines/>
        <w:spacing w:before="120" w:after="80"/>
        <w:jc w:val="center"/>
      </w:pPr>
      <w:r>
        <w:rPr>
          <w:b/>
        </w:rPr>
        <w:t>DICHIARA</w:t>
      </w:r>
    </w:p>
    <w:p w14:paraId="21A6872C" w14:textId="77777777" w:rsidR="00E71905" w:rsidRDefault="00E822A0">
      <w:r>
        <w:t>ai sensi degli artt. 46 e 47 del decreto del Presidente della Repubblica n. 445/2000, consapevole delle conseguenze previste dagli artt. 75 e 76 del medesimo decreto:</w:t>
      </w:r>
    </w:p>
    <w:p w14:paraId="0C9C5F9B" w14:textId="77777777" w:rsidR="00E71905" w:rsidRDefault="00E822A0">
      <w:pPr>
        <w:pStyle w:val="Numeroelenco"/>
        <w:numPr>
          <w:ilvl w:val="0"/>
          <w:numId w:val="10"/>
        </w:numPr>
      </w:pPr>
      <w:r>
        <w:t>di possedere tutti i requisiti generali e specifici previsti dall’art. 4 dell’avviso;</w:t>
      </w:r>
    </w:p>
    <w:p w14:paraId="660C6EC2" w14:textId="77777777" w:rsidR="00E71905" w:rsidRDefault="00E822A0">
      <w:pPr>
        <w:pStyle w:val="Numeroelenco"/>
        <w:numPr>
          <w:ilvl w:val="0"/>
          <w:numId w:val="10"/>
        </w:numPr>
      </w:pPr>
      <w:r>
        <w:t>di essere iscritto/a all’Albo dei giornalisti, elenco __________________, presso l’Ordine regionale __________________, dal __________, n. tessera __________;</w:t>
      </w:r>
    </w:p>
    <w:p w14:paraId="06020430" w14:textId="77777777" w:rsidR="00E71905" w:rsidRDefault="00E822A0">
      <w:pPr>
        <w:pStyle w:val="Numeroelenco"/>
        <w:numPr>
          <w:ilvl w:val="0"/>
          <w:numId w:val="10"/>
        </w:numPr>
      </w:pPr>
      <w:r>
        <w:t>di possedere almeno tre anni di esperienza professionale pertinente, come dettagliato nel curriculum;</w:t>
      </w:r>
    </w:p>
    <w:p w14:paraId="166754A5" w14:textId="77777777" w:rsidR="00E71905" w:rsidRDefault="00E822A0">
      <w:pPr>
        <w:pStyle w:val="Numeroelenco"/>
        <w:numPr>
          <w:ilvl w:val="0"/>
          <w:numId w:val="10"/>
        </w:numPr>
      </w:pPr>
      <w:r>
        <w:t>di non trovarsi in situazioni, anche potenziali, di conflitto di interessi o incompatibilità;</w:t>
      </w:r>
    </w:p>
    <w:p w14:paraId="1527020E" w14:textId="77777777" w:rsidR="00E71905" w:rsidRDefault="00E822A0">
      <w:pPr>
        <w:pStyle w:val="Numeroelenco"/>
        <w:numPr>
          <w:ilvl w:val="0"/>
          <w:numId w:val="10"/>
        </w:numPr>
      </w:pPr>
      <w:r>
        <w:t>di impegnarsi al rispetto dell’art. 9, comma 4, della legge n. 150/2000, ferme restando le eventuali deroghe consentite dalla disciplina applicabile;</w:t>
      </w:r>
    </w:p>
    <w:p w14:paraId="14868AD6" w14:textId="77777777" w:rsidR="00E71905" w:rsidRDefault="00E822A0">
      <w:pPr>
        <w:pStyle w:val="Numeroelenco"/>
        <w:numPr>
          <w:ilvl w:val="0"/>
          <w:numId w:val="10"/>
        </w:numPr>
      </w:pPr>
      <w:r>
        <w:t>di non avere riportato condanne e di non essere destinatario/a di provvedimenti o procedimenti ostativi al conferimento dell’incarico, ovvero di dichiarare quanto segue: ______________________________________;</w:t>
      </w:r>
    </w:p>
    <w:p w14:paraId="0888EC9E" w14:textId="77777777" w:rsidR="00E71905" w:rsidRDefault="00E822A0">
      <w:pPr>
        <w:pStyle w:val="Numeroelenco"/>
        <w:numPr>
          <w:ilvl w:val="0"/>
          <w:numId w:val="10"/>
        </w:numPr>
      </w:pPr>
      <w:r>
        <w:t>di non essere stato/a destituito/a, dispensato/a o dichiarato/a decaduto/a da un impiego presso una pubblica amministrazione per le cause previste dalla legge;</w:t>
      </w:r>
    </w:p>
    <w:p w14:paraId="07EA17B5" w14:textId="77777777" w:rsidR="00E71905" w:rsidRDefault="00E822A0">
      <w:pPr>
        <w:pStyle w:val="Numeroelenco"/>
        <w:numPr>
          <w:ilvl w:val="0"/>
          <w:numId w:val="10"/>
        </w:numPr>
      </w:pPr>
      <w:r>
        <w:t>di essere / non essere dipendente di una pubblica amministrazione; in caso affermativo, di impegnarsi a produrre prima della stipula l’autorizzazione prevista dall’art. 53 del decreto legislativo n. 165/2001;</w:t>
      </w:r>
    </w:p>
    <w:p w14:paraId="3A9C37F9" w14:textId="77777777" w:rsidR="00E71905" w:rsidRDefault="00E822A0">
      <w:pPr>
        <w:pStyle w:val="Numeroelenco"/>
        <w:numPr>
          <w:ilvl w:val="0"/>
          <w:numId w:val="10"/>
        </w:numPr>
      </w:pPr>
      <w:r>
        <w:t>di possedere partita IVA o di impegnarsi ad attivarla prima della stipula, se necessaria;</w:t>
      </w:r>
    </w:p>
    <w:p w14:paraId="161C0E4C" w14:textId="77777777" w:rsidR="00E71905" w:rsidRDefault="00E822A0">
      <w:pPr>
        <w:pStyle w:val="Numeroelenco"/>
        <w:numPr>
          <w:ilvl w:val="0"/>
          <w:numId w:val="10"/>
        </w:numPr>
      </w:pPr>
      <w:r>
        <w:t>di accettare integralmente le disposizioni dell’avviso;</w:t>
      </w:r>
    </w:p>
    <w:p w14:paraId="4D5D2DFC" w14:textId="77777777" w:rsidR="00E71905" w:rsidRDefault="00E822A0">
      <w:pPr>
        <w:pStyle w:val="Numeroelenco"/>
        <w:numPr>
          <w:ilvl w:val="0"/>
          <w:numId w:val="10"/>
        </w:numPr>
      </w:pPr>
      <w:r>
        <w:t>di autorizzare il trattamento dei dati per le finalità della procedura e di essere informato/a degli obblighi di pubblicazione previsti dalla normativa sulla trasparenza.</w:t>
      </w:r>
    </w:p>
    <w:p w14:paraId="0AB9F51E" w14:textId="77777777" w:rsidR="00E71905" w:rsidRDefault="00E822A0">
      <w:pPr>
        <w:keepNext/>
        <w:keepLines/>
        <w:spacing w:before="120" w:after="80"/>
        <w:jc w:val="center"/>
      </w:pPr>
      <w:r>
        <w:rPr>
          <w:b/>
        </w:rPr>
        <w:t>ALLEGA</w:t>
      </w:r>
    </w:p>
    <w:p w14:paraId="1AFD27D6" w14:textId="77777777" w:rsidR="00E71905" w:rsidRDefault="00E822A0">
      <w:pPr>
        <w:pStyle w:val="Puntoelenco"/>
      </w:pPr>
      <w:r>
        <w:t>curriculum vitae datato e sottoscritto;</w:t>
      </w:r>
    </w:p>
    <w:p w14:paraId="7CEE0F76" w14:textId="77777777" w:rsidR="00E71905" w:rsidRDefault="00E822A0">
      <w:pPr>
        <w:pStyle w:val="Puntoelenco"/>
      </w:pPr>
      <w:r>
        <w:t>relazione metodologica di non oltre quattro pagine;</w:t>
      </w:r>
    </w:p>
    <w:p w14:paraId="53D41016" w14:textId="77777777" w:rsidR="00E71905" w:rsidRDefault="00E822A0">
      <w:pPr>
        <w:pStyle w:val="Puntoelenco"/>
      </w:pPr>
      <w:r>
        <w:t>elenco analitico dei titoli e delle esperienze;</w:t>
      </w:r>
    </w:p>
    <w:p w14:paraId="0979FD54" w14:textId="77777777" w:rsidR="00E71905" w:rsidRDefault="00E822A0">
      <w:pPr>
        <w:pStyle w:val="Puntoelenco"/>
      </w:pPr>
      <w:r>
        <w:t>copia del documento di identità, ove necessaria;</w:t>
      </w:r>
    </w:p>
    <w:p w14:paraId="27F8311F" w14:textId="77777777" w:rsidR="00E71905" w:rsidRDefault="00E822A0">
      <w:pPr>
        <w:pStyle w:val="Puntoelenco"/>
      </w:pPr>
      <w:r>
        <w:t>eventuale ulteriore documentazione richiesta dall’avviso.</w:t>
      </w:r>
    </w:p>
    <w:p w14:paraId="77812F2D" w14:textId="77777777" w:rsidR="00E71905" w:rsidRDefault="00E822A0">
      <w:pPr>
        <w:spacing w:before="200"/>
        <w:jc w:val="left"/>
      </w:pPr>
      <w:r>
        <w:t>Luogo e data ______________________________</w:t>
      </w:r>
    </w:p>
    <w:p w14:paraId="31FBC50A" w14:textId="77777777" w:rsidR="00E71905" w:rsidRDefault="00E822A0">
      <w:pPr>
        <w:spacing w:before="160"/>
        <w:jc w:val="right"/>
      </w:pPr>
      <w:r>
        <w:t>Firma ____________________________________</w:t>
      </w:r>
    </w:p>
    <w:sectPr w:rsidR="00E71905" w:rsidSect="0003461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19" w:bottom="964" w:left="1219" w:header="312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38CBD" w14:textId="77777777" w:rsidR="00F04EF7" w:rsidRDefault="00F04EF7">
      <w:pPr>
        <w:spacing w:after="0"/>
      </w:pPr>
      <w:r>
        <w:separator/>
      </w:r>
    </w:p>
  </w:endnote>
  <w:endnote w:type="continuationSeparator" w:id="0">
    <w:p w14:paraId="488B3400" w14:textId="77777777" w:rsidR="00F04EF7" w:rsidRDefault="00F04E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C562B" w14:textId="77777777" w:rsidR="00E71905" w:rsidRDefault="00E822A0">
    <w:pPr>
      <w:pStyle w:val="Pidipagina"/>
      <w:jc w:val="center"/>
    </w:pPr>
    <w:r>
      <w:fldChar w:fldCharType="begin"/>
    </w:r>
    <w:r>
      <w:instrText>PAGE</w:instrText>
    </w:r>
    <w:r>
      <w:fldChar w:fldCharType="separate"/>
    </w:r>
    <w:r w:rsidR="00A55BD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0CD5B" w14:textId="77777777" w:rsidR="00F04EF7" w:rsidRDefault="00F04EF7">
      <w:pPr>
        <w:spacing w:after="0"/>
      </w:pPr>
      <w:r>
        <w:separator/>
      </w:r>
    </w:p>
  </w:footnote>
  <w:footnote w:type="continuationSeparator" w:id="0">
    <w:p w14:paraId="622A90A2" w14:textId="77777777" w:rsidR="00F04EF7" w:rsidRDefault="00F04E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E04A6" w14:textId="77777777" w:rsidR="00E71905" w:rsidRDefault="00E71905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005"/>
      <w:gridCol w:w="3458"/>
      <w:gridCol w:w="3005"/>
    </w:tblGrid>
    <w:tr w:rsidR="00E71905" w14:paraId="2D779731" w14:textId="77777777">
      <w:trPr>
        <w:jc w:val="center"/>
      </w:trPr>
      <w:tc>
        <w:tcPr>
          <w:tcW w:w="30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9D4F7BE" w14:textId="77777777" w:rsidR="00E71905" w:rsidRDefault="00E822A0">
          <w:pPr>
            <w:jc w:val="left"/>
          </w:pPr>
          <w:r>
            <w:rPr>
              <w:noProof/>
            </w:rPr>
            <w:drawing>
              <wp:inline distT="0" distB="0" distL="0" distR="0" wp14:anchorId="3486FF45" wp14:editId="39FBC8F7">
                <wp:extent cx="1530000" cy="377143"/>
                <wp:effectExtent l="0" t="0" r="0" b="0"/>
                <wp:docPr id="188035743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-0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00" cy="37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A313100" w14:textId="77777777" w:rsidR="00E71905" w:rsidRDefault="00E71905"/>
      </w:tc>
      <w:tc>
        <w:tcPr>
          <w:tcW w:w="30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C31CC4E" w14:textId="77777777" w:rsidR="00E71905" w:rsidRDefault="00E822A0">
          <w:pPr>
            <w:jc w:val="center"/>
          </w:pPr>
          <w:r>
            <w:rPr>
              <w:noProof/>
            </w:rPr>
            <w:drawing>
              <wp:inline distT="0" distB="0" distL="0" distR="0" wp14:anchorId="0B598FD7" wp14:editId="05EFD1FF">
                <wp:extent cx="410261" cy="460800"/>
                <wp:effectExtent l="0" t="0" r="0" b="0"/>
                <wp:docPr id="118423587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-00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261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FEFF7E2" w14:textId="77777777" w:rsidR="00E71905" w:rsidRDefault="00E822A0">
    <w:pPr>
      <w:spacing w:after="0"/>
      <w:jc w:val="center"/>
    </w:pPr>
    <w:proofErr w:type="spellStart"/>
    <w:r>
      <w:rPr>
        <w:rFonts w:ascii="Monotype Corsiva" w:hAnsi="Monotype Corsiva"/>
        <w:sz w:val="32"/>
      </w:rPr>
      <w:t>Ministero</w:t>
    </w:r>
    <w:proofErr w:type="spellEnd"/>
    <w:r>
      <w:rPr>
        <w:rFonts w:ascii="Monotype Corsiva" w:hAnsi="Monotype Corsiva"/>
        <w:sz w:val="32"/>
      </w:rPr>
      <w:t xml:space="preserve"> </w:t>
    </w:r>
    <w:proofErr w:type="spellStart"/>
    <w:r>
      <w:rPr>
        <w:rFonts w:ascii="Monotype Corsiva" w:hAnsi="Monotype Corsiva"/>
        <w:sz w:val="32"/>
      </w:rPr>
      <w:t>dell’Università</w:t>
    </w:r>
    <w:proofErr w:type="spellEnd"/>
    <w:r>
      <w:rPr>
        <w:rFonts w:ascii="Monotype Corsiva" w:hAnsi="Monotype Corsiva"/>
        <w:sz w:val="32"/>
      </w:rPr>
      <w:t xml:space="preserve"> e della </w:t>
    </w:r>
    <w:proofErr w:type="spellStart"/>
    <w:r>
      <w:rPr>
        <w:rFonts w:ascii="Monotype Corsiva" w:hAnsi="Monotype Corsiva"/>
        <w:sz w:val="32"/>
      </w:rPr>
      <w:t>Ricerca</w:t>
    </w:r>
    <w:proofErr w:type="spellEnd"/>
  </w:p>
  <w:p w14:paraId="14058514" w14:textId="77777777" w:rsidR="00E71905" w:rsidRDefault="00E822A0">
    <w:pPr>
      <w:spacing w:after="100"/>
      <w:jc w:val="center"/>
    </w:pPr>
    <w:r>
      <w:rPr>
        <w:rFonts w:ascii="Times New Roman" w:hAnsi="Times New Roman"/>
        <w:sz w:val="21"/>
      </w:rPr>
      <w:t>Accademia di Belle Arti “Pietro Vannucci”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D2A3" w14:textId="77777777" w:rsidR="00E71905" w:rsidRDefault="00E71905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005"/>
      <w:gridCol w:w="3458"/>
      <w:gridCol w:w="3005"/>
    </w:tblGrid>
    <w:tr w:rsidR="00E71905" w14:paraId="2A91B729" w14:textId="77777777">
      <w:trPr>
        <w:jc w:val="center"/>
      </w:trPr>
      <w:tc>
        <w:tcPr>
          <w:tcW w:w="30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2DB9361" w14:textId="77777777" w:rsidR="00E71905" w:rsidRDefault="00E822A0">
          <w:pPr>
            <w:jc w:val="left"/>
          </w:pPr>
          <w:r>
            <w:rPr>
              <w:noProof/>
            </w:rPr>
            <w:drawing>
              <wp:inline distT="0" distB="0" distL="0" distR="0" wp14:anchorId="5C57E187" wp14:editId="3273D33B">
                <wp:extent cx="1530000" cy="377143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-0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00" cy="37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CB1B3BF" w14:textId="77777777" w:rsidR="00E71905" w:rsidRDefault="00E71905"/>
      </w:tc>
      <w:tc>
        <w:tcPr>
          <w:tcW w:w="30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849997A" w14:textId="77777777" w:rsidR="00E71905" w:rsidRDefault="00E822A0">
          <w:pPr>
            <w:jc w:val="center"/>
          </w:pPr>
          <w:r>
            <w:rPr>
              <w:noProof/>
            </w:rPr>
            <w:drawing>
              <wp:inline distT="0" distB="0" distL="0" distR="0" wp14:anchorId="207B5A73" wp14:editId="3749A35A">
                <wp:extent cx="410261" cy="4608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-00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261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2C7191" w14:textId="77777777" w:rsidR="00E71905" w:rsidRDefault="00E822A0">
    <w:pPr>
      <w:spacing w:after="0"/>
      <w:jc w:val="center"/>
    </w:pPr>
    <w:proofErr w:type="spellStart"/>
    <w:r>
      <w:rPr>
        <w:rFonts w:ascii="Monotype Corsiva" w:hAnsi="Monotype Corsiva"/>
        <w:sz w:val="32"/>
      </w:rPr>
      <w:t>Ministero</w:t>
    </w:r>
    <w:proofErr w:type="spellEnd"/>
    <w:r>
      <w:rPr>
        <w:rFonts w:ascii="Monotype Corsiva" w:hAnsi="Monotype Corsiva"/>
        <w:sz w:val="32"/>
      </w:rPr>
      <w:t xml:space="preserve"> </w:t>
    </w:r>
    <w:proofErr w:type="spellStart"/>
    <w:r>
      <w:rPr>
        <w:rFonts w:ascii="Monotype Corsiva" w:hAnsi="Monotype Corsiva"/>
        <w:sz w:val="32"/>
      </w:rPr>
      <w:t>dell’Università</w:t>
    </w:r>
    <w:proofErr w:type="spellEnd"/>
    <w:r>
      <w:rPr>
        <w:rFonts w:ascii="Monotype Corsiva" w:hAnsi="Monotype Corsiva"/>
        <w:sz w:val="32"/>
      </w:rPr>
      <w:t xml:space="preserve"> e della </w:t>
    </w:r>
    <w:proofErr w:type="spellStart"/>
    <w:r>
      <w:rPr>
        <w:rFonts w:ascii="Monotype Corsiva" w:hAnsi="Monotype Corsiva"/>
        <w:sz w:val="32"/>
      </w:rPr>
      <w:t>Ricerca</w:t>
    </w:r>
    <w:proofErr w:type="spellEnd"/>
  </w:p>
  <w:p w14:paraId="4B0DA111" w14:textId="77777777" w:rsidR="00E71905" w:rsidRDefault="00E822A0">
    <w:pPr>
      <w:spacing w:after="100"/>
      <w:jc w:val="center"/>
    </w:pPr>
    <w:r>
      <w:rPr>
        <w:rFonts w:ascii="Times New Roman" w:hAnsi="Times New Roman"/>
        <w:sz w:val="21"/>
      </w:rPr>
      <w:t>Accademia di Belle Arti “Pietro Vannucci”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3B41" w14:textId="77777777" w:rsidR="00E71905" w:rsidRDefault="00E71905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005"/>
      <w:gridCol w:w="3458"/>
      <w:gridCol w:w="3005"/>
    </w:tblGrid>
    <w:tr w:rsidR="00E71905" w14:paraId="329E3586" w14:textId="77777777">
      <w:trPr>
        <w:jc w:val="center"/>
      </w:trPr>
      <w:tc>
        <w:tcPr>
          <w:tcW w:w="30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4E9DAC4" w14:textId="77777777" w:rsidR="00E71905" w:rsidRDefault="00E822A0">
          <w:pPr>
            <w:jc w:val="left"/>
          </w:pPr>
          <w:r>
            <w:rPr>
              <w:noProof/>
            </w:rPr>
            <w:drawing>
              <wp:inline distT="0" distB="0" distL="0" distR="0" wp14:anchorId="1F0C88AB" wp14:editId="3EE3BAD9">
                <wp:extent cx="1530000" cy="377143"/>
                <wp:effectExtent l="0" t="0" r="0" b="0"/>
                <wp:docPr id="125866280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-0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00" cy="37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A7A8D36" w14:textId="77777777" w:rsidR="00E71905" w:rsidRDefault="00E71905"/>
      </w:tc>
      <w:tc>
        <w:tcPr>
          <w:tcW w:w="30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A881BC5" w14:textId="77777777" w:rsidR="00E71905" w:rsidRDefault="00E822A0">
          <w:pPr>
            <w:jc w:val="center"/>
          </w:pPr>
          <w:r>
            <w:rPr>
              <w:noProof/>
            </w:rPr>
            <w:drawing>
              <wp:inline distT="0" distB="0" distL="0" distR="0" wp14:anchorId="4183EF8C" wp14:editId="7D89AA18">
                <wp:extent cx="410261" cy="460800"/>
                <wp:effectExtent l="0" t="0" r="0" b="0"/>
                <wp:docPr id="7905551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-00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261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78312A" w14:textId="77777777" w:rsidR="00E71905" w:rsidRDefault="00E822A0">
    <w:pPr>
      <w:spacing w:after="0"/>
      <w:jc w:val="center"/>
    </w:pPr>
    <w:proofErr w:type="spellStart"/>
    <w:r>
      <w:rPr>
        <w:rFonts w:ascii="Monotype Corsiva" w:hAnsi="Monotype Corsiva"/>
        <w:sz w:val="32"/>
      </w:rPr>
      <w:t>Ministero</w:t>
    </w:r>
    <w:proofErr w:type="spellEnd"/>
    <w:r>
      <w:rPr>
        <w:rFonts w:ascii="Monotype Corsiva" w:hAnsi="Monotype Corsiva"/>
        <w:sz w:val="32"/>
      </w:rPr>
      <w:t xml:space="preserve"> </w:t>
    </w:r>
    <w:proofErr w:type="spellStart"/>
    <w:r>
      <w:rPr>
        <w:rFonts w:ascii="Monotype Corsiva" w:hAnsi="Monotype Corsiva"/>
        <w:sz w:val="32"/>
      </w:rPr>
      <w:t>dell’Università</w:t>
    </w:r>
    <w:proofErr w:type="spellEnd"/>
    <w:r>
      <w:rPr>
        <w:rFonts w:ascii="Monotype Corsiva" w:hAnsi="Monotype Corsiva"/>
        <w:sz w:val="32"/>
      </w:rPr>
      <w:t xml:space="preserve"> e della </w:t>
    </w:r>
    <w:proofErr w:type="spellStart"/>
    <w:r>
      <w:rPr>
        <w:rFonts w:ascii="Monotype Corsiva" w:hAnsi="Monotype Corsiva"/>
        <w:sz w:val="32"/>
      </w:rPr>
      <w:t>Ricerca</w:t>
    </w:r>
    <w:proofErr w:type="spellEnd"/>
  </w:p>
  <w:p w14:paraId="70031024" w14:textId="77777777" w:rsidR="00E71905" w:rsidRDefault="00E822A0">
    <w:pPr>
      <w:spacing w:after="100"/>
      <w:jc w:val="center"/>
      <w:rPr>
        <w:rFonts w:ascii="Times New Roman" w:hAnsi="Times New Roman"/>
        <w:sz w:val="21"/>
      </w:rPr>
    </w:pPr>
    <w:r>
      <w:rPr>
        <w:rFonts w:ascii="Times New Roman" w:hAnsi="Times New Roman"/>
        <w:sz w:val="21"/>
      </w:rPr>
      <w:t>Accademia di Belle Arti “Pietro Vannucci”</w:t>
    </w:r>
  </w:p>
  <w:p w14:paraId="60B7693A" w14:textId="77777777" w:rsidR="00FE132C" w:rsidRDefault="00FE132C">
    <w:pPr>
      <w:spacing w:after="10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22B3E"/>
    <w:multiLevelType w:val="hybridMultilevel"/>
    <w:tmpl w:val="577A7C14"/>
    <w:lvl w:ilvl="0" w:tplc="A7FE6D38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600016"/>
    <w:multiLevelType w:val="hybridMultilevel"/>
    <w:tmpl w:val="1736BB68"/>
    <w:lvl w:ilvl="0" w:tplc="A7FE6D38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492254">
    <w:abstractNumId w:val="8"/>
  </w:num>
  <w:num w:numId="2" w16cid:durableId="1666741595">
    <w:abstractNumId w:val="6"/>
  </w:num>
  <w:num w:numId="3" w16cid:durableId="2019655175">
    <w:abstractNumId w:val="5"/>
  </w:num>
  <w:num w:numId="4" w16cid:durableId="580212654">
    <w:abstractNumId w:val="4"/>
  </w:num>
  <w:num w:numId="5" w16cid:durableId="1498615589">
    <w:abstractNumId w:val="7"/>
  </w:num>
  <w:num w:numId="6" w16cid:durableId="445321141">
    <w:abstractNumId w:val="3"/>
  </w:num>
  <w:num w:numId="7" w16cid:durableId="273709173">
    <w:abstractNumId w:val="2"/>
  </w:num>
  <w:num w:numId="8" w16cid:durableId="2137218554">
    <w:abstractNumId w:val="1"/>
  </w:num>
  <w:num w:numId="9" w16cid:durableId="275333697">
    <w:abstractNumId w:val="0"/>
  </w:num>
  <w:num w:numId="10" w16cid:durableId="172384808">
    <w:abstractNumId w:val="7"/>
    <w:lvlOverride w:ilvl="0">
      <w:startOverride w:val="1"/>
    </w:lvlOverride>
  </w:num>
  <w:num w:numId="11" w16cid:durableId="812723316">
    <w:abstractNumId w:val="9"/>
  </w:num>
  <w:num w:numId="12" w16cid:durableId="9202875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0BE5"/>
    <w:rsid w:val="004A54BD"/>
    <w:rsid w:val="004D13DA"/>
    <w:rsid w:val="00551C18"/>
    <w:rsid w:val="00552FF6"/>
    <w:rsid w:val="00607BC6"/>
    <w:rsid w:val="009679D0"/>
    <w:rsid w:val="00A55BD5"/>
    <w:rsid w:val="00AA1D8D"/>
    <w:rsid w:val="00B10D67"/>
    <w:rsid w:val="00B47730"/>
    <w:rsid w:val="00BF4354"/>
    <w:rsid w:val="00CB0664"/>
    <w:rsid w:val="00DC027D"/>
    <w:rsid w:val="00DF527F"/>
    <w:rsid w:val="00E52A6C"/>
    <w:rsid w:val="00E71905"/>
    <w:rsid w:val="00E822A0"/>
    <w:rsid w:val="00F04EF7"/>
    <w:rsid w:val="00F41AB3"/>
    <w:rsid w:val="00FC693F"/>
    <w:rsid w:val="00FE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29C11"/>
  <w14:defaultImageDpi w14:val="300"/>
  <w15:docId w15:val="{707C4F34-E43A-49D1-A723-D1A340A5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  <w:jc w:val="both"/>
    </w:pPr>
    <w:rPr>
      <w:rFonts w:ascii="Calibri Light" w:hAnsi="Calibri Light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30"/>
      <w:ind w:left="369" w:hanging="198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30"/>
      <w:ind w:left="369" w:hanging="198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addetto all’Ufficio stampa 2026-2028</dc:title>
  <dc:subject>Procedura comparativa ex art. 7, comma 6, d.lgs. 165/2001</dc:subject>
  <dc:creator>python-docx</dc:creator>
  <cp:keywords/>
  <dc:description>generated by python-docx</dc:description>
  <cp:lastModifiedBy>Stefania Staffa</cp:lastModifiedBy>
  <cp:revision>2</cp:revision>
  <cp:lastPrinted>2026-10-09T13:26:00Z</cp:lastPrinted>
  <dcterms:created xsi:type="dcterms:W3CDTF">2026-10-09T13:39:00Z</dcterms:created>
  <dcterms:modified xsi:type="dcterms:W3CDTF">2026-10-09T13:39:00Z</dcterms:modified>
  <cp:category/>
</cp:coreProperties>
</file>